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b w:val="0"/>
          <w:i w:val="0"/>
        </w:rPr>
      </w:r>
      <w:r>
        <w:drawing>
          <wp:inline xmlns:a="http://schemas.openxmlformats.org/drawingml/2006/main" xmlns:pic="http://schemas.openxmlformats.org/drawingml/2006/picture">
            <wp:extent cx="612648" cy="50744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" cy="50744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sz w:val="26"/>
        </w:rPr>
        <w:t xml:space="preserve">     ПРИЛОЖЕНИЕ 1</w:t>
      </w:r>
    </w:p>
    <w:p>
      <w:pPr>
        <w:spacing w:before="0" w:after="560"/>
        <w:ind w:left="6653"/>
      </w:pPr>
      <w:r>
        <w:rPr>
          <w:b w:val="0"/>
          <w:i w:val="0"/>
          <w:sz w:val="24"/>
        </w:rPr>
        <w:t>До Директора</w:t>
        <w:br/>
        <w:t>на „Югоизточно държавно</w:t>
        <w:br/>
        <w:t>предприятие ДП“ - Сливен</w:t>
      </w:r>
    </w:p>
    <w:p>
      <w:pPr>
        <w:pStyle w:val="Title"/>
        <w:spacing w:before="0" w:after="0"/>
        <w:jc w:val="center"/>
      </w:pPr>
      <w:r>
        <w:rPr>
          <w:b/>
          <w:i w:val="0"/>
        </w:rPr>
        <w:t>ЗАЯВЛЕНИЕ</w:t>
      </w:r>
    </w:p>
    <w:p>
      <w:pPr>
        <w:spacing w:before="0" w:after="480"/>
        <w:jc w:val="center"/>
      </w:pPr>
      <w:r>
        <w:rPr>
          <w:b w:val="0"/>
          <w:i/>
          <w:sz w:val="24"/>
        </w:rPr>
        <w:t>за</w:t>
        <w:br/>
        <w:t>регистрация и предоставяне на данни за достъп до процедури за продажба на</w:t>
        <w:br/>
        <w:t>дървесина чрез електронни търгове организирани и провеждани от</w:t>
        <w:br/>
        <w:t>„Югоизточно държавно предприятие“ ДП - Сливен</w:t>
      </w:r>
    </w:p>
    <w:p>
      <w:pPr>
        <w:spacing w:before="0" w:after="460"/>
      </w:pPr>
      <w:r>
        <w:rPr>
          <w:b w:val="0"/>
          <w:i w:val="0"/>
        </w:rPr>
        <w:t>от .................................................................................... ЕГН ..........................................</w:t>
        <w:br/>
        <w:t>лична карта номер: .................................... издадена на ........................ г.</w:t>
        <w:br/>
        <w:t>от .................................................. в качеството ми на ..................................................</w:t>
        <w:br/>
        <w:t>на дружество с фирма .......................................................................................................</w:t>
        <w:br/>
        <w:t>ЕИК ..................................................</w:t>
      </w:r>
    </w:p>
    <w:p>
      <w:pPr>
        <w:spacing w:before="0" w:after="280"/>
        <w:ind w:firstLine="720"/>
      </w:pPr>
      <w:r>
        <w:rPr>
          <w:b w:val="0"/>
          <w:i w:val="0"/>
        </w:rPr>
        <w:t>Уважаеми, г-н Директор,</w:t>
      </w:r>
    </w:p>
    <w:p>
      <w:pPr>
        <w:spacing w:before="0" w:after="280"/>
        <w:ind w:firstLine="720"/>
        <w:jc w:val="both"/>
      </w:pPr>
      <w:r>
        <w:rPr>
          <w:b w:val="0"/>
          <w:i w:val="0"/>
        </w:rPr>
        <w:t>С настоящото заявление заявявам желанието си да участвам в процедури за продажба на дървесина чрез електронни търгове, организирани и провеждани от „Югоизточно държавно предприятие“ ДП – Сливен, съгласно разпоредбите на Закона за горите и относимите нормативни актове. Във връзка с това бих искал да получа данни за достъп до системата на „Югоизточно държавно предприятие“ ДП – Сливен.</w:t>
      </w:r>
    </w:p>
    <w:p>
      <w:pPr>
        <w:spacing w:before="0" w:after="0"/>
        <w:ind w:firstLine="720"/>
      </w:pPr>
      <w:r>
        <w:rPr>
          <w:b w:val="0"/>
          <w:i w:val="0"/>
        </w:rPr>
        <w:t>За целта предоставям следния Е-мейл адрес: ........................................................</w:t>
      </w:r>
    </w:p>
    <w:p>
      <w:pPr>
        <w:spacing w:before="0" w:after="480"/>
        <w:ind w:firstLine="720"/>
        <w:jc w:val="both"/>
      </w:pPr>
      <w:r>
        <w:rPr>
          <w:b w:val="0"/>
          <w:i w:val="0"/>
        </w:rPr>
        <w:t>и декларирам, че същият е актуален и реално ще бъде използван с предназначение за получаване и своевременно преглеждане на всички електронни съобщения, включително и получаване на ПИН код за достъп до потребителска сесия, от системата за провеждане на процедури за продажба на дървесина чрез електронни търгове към „Югоизточно държавно предприятие“ ДП – Сливен.</w:t>
      </w:r>
    </w:p>
    <w:p>
      <w:pPr>
        <w:spacing w:before="0" w:after="320"/>
        <w:ind w:firstLine="720"/>
      </w:pPr>
      <w:r>
        <w:rPr>
          <w:b w:val="0"/>
          <w:i w:val="0"/>
        </w:rPr>
        <w:t>Към настоящото заявление прилагам следните документи:</w:t>
      </w:r>
    </w:p>
    <w:p>
      <w:pPr>
        <w:spacing w:before="0" w:after="600"/>
        <w:ind w:firstLine="720"/>
      </w:pPr>
      <w:r>
        <w:rPr>
          <w:b w:val="0"/>
          <w:i w:val="0"/>
        </w:rPr>
        <w:t>1.   Декларация, Приложение 2</w:t>
      </w:r>
    </w:p>
    <w:p>
      <w:pPr>
        <w:tabs>
          <w:tab w:pos="5760" w:val="left"/>
        </w:tabs>
        <w:spacing w:before="0" w:after="0"/>
      </w:pPr>
      <w:r>
        <w:rPr>
          <w:b w:val="0"/>
          <w:i w:val="0"/>
        </w:rPr>
        <w:t>Дата: ........................ г.</w:t>
        <w:tab/>
        <w:t>Подпис/печат: ................................</w:t>
      </w:r>
    </w:p>
    <w:p>
      <w:pPr>
        <w:spacing w:before="440" w:after="0"/>
      </w:pPr>
      <w:r>
        <w:rPr>
          <w:b w:val="0"/>
          <w:i w:val="0"/>
        </w:rPr>
        <w:t>Място: ..................................................</w:t>
      </w:r>
    </w:p>
    <w:sectPr w:rsidR="00FC693F" w:rsidRPr="0006063C" w:rsidSect="00034616">
      <w:pgSz w:w="12240" w:h="15840"/>
      <w:pgMar w:top="346" w:right="1411" w:bottom="1008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/>
      <w:sz w:val="22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регистрация и достъп до електронни търгове</dc:title>
  <dc:subject>Приложение 1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